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Allergy Action Plan</w:t>
      </w:r>
    </w:p>
    <w:p>
      <w:r>
        <w:t>Student name: ______  Allergen: ______</w:t>
      </w:r>
    </w:p>
    <w:p>
      <w:r>
        <w:t>Signs of a reaction: hives, swelling, trouble breathing.</w:t>
      </w:r>
    </w:p>
    <w:p>
      <w:r>
        <w:t>Give epinephrine and call 911. Then call the parent and the School Nurse at extension 215.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